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010" w:type="dxa"/>
        <w:tblLook w:val="04A0" w:firstRow="1" w:lastRow="0" w:firstColumn="1" w:lastColumn="0" w:noHBand="0" w:noVBand="1"/>
      </w:tblPr>
      <w:tblGrid>
        <w:gridCol w:w="10548"/>
        <w:gridCol w:w="3462"/>
      </w:tblGrid>
      <w:tr w:rsidR="00CF14B8" w:rsidRPr="00BE0CAB" w:rsidTr="00BE0CAB">
        <w:tc>
          <w:tcPr>
            <w:tcW w:w="10548" w:type="dxa"/>
          </w:tcPr>
          <w:p w:rsidR="00CF14B8" w:rsidRPr="00BE0CAB" w:rsidRDefault="002402F7" w:rsidP="00BE0CAB">
            <w:pPr>
              <w:ind w:right="-405"/>
              <w:rPr>
                <w:rFonts w:ascii="Arial" w:hAnsi="Arial" w:cs="Arial"/>
              </w:rPr>
            </w:pPr>
            <w:r w:rsidRPr="00BE0CAB">
              <w:rPr>
                <w:rFonts w:ascii="Arial" w:hAnsi="Arial" w:cs="Arial"/>
                <w:b/>
                <w:sz w:val="28"/>
              </w:rPr>
              <w:t xml:space="preserve">MOTO (Mail Order / </w:t>
            </w:r>
            <w:proofErr w:type="spellStart"/>
            <w:r w:rsidRPr="00BE0CAB">
              <w:rPr>
                <w:rFonts w:ascii="Arial" w:hAnsi="Arial" w:cs="Arial"/>
                <w:b/>
                <w:sz w:val="28"/>
              </w:rPr>
              <w:t>Telefon</w:t>
            </w:r>
            <w:proofErr w:type="spellEnd"/>
            <w:r w:rsidRPr="00BE0CAB">
              <w:rPr>
                <w:rFonts w:ascii="Arial" w:hAnsi="Arial" w:cs="Arial"/>
                <w:b/>
                <w:sz w:val="28"/>
              </w:rPr>
              <w:t xml:space="preserve"> ile Ödeme) </w:t>
            </w:r>
            <w:r w:rsidR="00BE0CAB">
              <w:rPr>
                <w:rFonts w:ascii="Arial" w:hAnsi="Arial" w:cs="Arial"/>
                <w:b/>
                <w:sz w:val="28"/>
              </w:rPr>
              <w:br/>
            </w:r>
            <w:r w:rsidRPr="00BE0CAB">
              <w:rPr>
                <w:rFonts w:ascii="Arial" w:hAnsi="Arial" w:cs="Arial"/>
                <w:b/>
                <w:sz w:val="28"/>
              </w:rPr>
              <w:t>TALİMAT FORMU</w:t>
            </w:r>
            <w:bookmarkStart w:id="0" w:name="_GoBack"/>
            <w:bookmarkEnd w:id="0"/>
          </w:p>
        </w:tc>
        <w:tc>
          <w:tcPr>
            <w:tcW w:w="3462" w:type="dxa"/>
          </w:tcPr>
          <w:p w:rsidR="00CF14B8" w:rsidRPr="00BE0CAB" w:rsidRDefault="00CF14B8" w:rsidP="00BE0CAB">
            <w:pPr>
              <w:rPr>
                <w:rFonts w:ascii="Arial" w:hAnsi="Arial" w:cs="Arial"/>
              </w:rPr>
            </w:pPr>
          </w:p>
        </w:tc>
      </w:tr>
    </w:tbl>
    <w:p w:rsidR="00CF14B8" w:rsidRDefault="00BE0CAB" w:rsidP="00BE0CAB">
      <w:pPr>
        <w:rPr>
          <w:rFonts w:ascii="Arial" w:hAnsi="Arial" w:cs="Arial"/>
        </w:rPr>
      </w:pPr>
      <w:r w:rsidRPr="00BE0CAB">
        <w:rPr>
          <w:rFonts w:ascii="Arial" w:hAnsi="Arial" w:cs="Arial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01.85pt;margin-top:-66.6pt;width:189.55pt;height:68.7pt;z-index:251659264;mso-position-horizontal-relative:text;mso-position-vertical-relative:text;mso-width-relative:page;mso-height-relative:page" wrapcoords="3330 2234 0 12662 180 12910 3510 14152 2880 20855 3240 20855 3330 20855 4770 14152 19440 13407 19980 10179 19620 10179 20790 8938 20700 6207 21150 4966 5130 2234 3330 2234">
            <v:imagedata r:id="rId6" o:title="cropped-cropped-cropped-AMPERIUM-logo_Turkey-black-1-scaled-1"/>
          </v:shape>
        </w:pict>
      </w:r>
      <w:proofErr w:type="spellStart"/>
      <w:r w:rsidR="00077D5F">
        <w:rPr>
          <w:rFonts w:ascii="Arial" w:hAnsi="Arial" w:cs="Arial"/>
        </w:rPr>
        <w:t>Amperiumbattery</w:t>
      </w:r>
      <w:proofErr w:type="spellEnd"/>
      <w:r w:rsidR="00077D5F">
        <w:rPr>
          <w:rFonts w:ascii="Arial" w:hAnsi="Arial" w:cs="Arial"/>
        </w:rPr>
        <w:t xml:space="preserve"> LLC </w:t>
      </w:r>
      <w:r w:rsidRPr="00BE0CAB">
        <w:rPr>
          <w:rFonts w:ascii="Arial" w:hAnsi="Arial" w:cs="Arial"/>
        </w:rPr>
        <w:br/>
      </w:r>
      <w:proofErr w:type="spellStart"/>
      <w:r w:rsidR="002402F7" w:rsidRPr="00BE0CAB">
        <w:rPr>
          <w:rFonts w:ascii="Arial" w:hAnsi="Arial" w:cs="Arial"/>
        </w:rPr>
        <w:t>Kavaklı</w:t>
      </w:r>
      <w:proofErr w:type="spellEnd"/>
      <w:r w:rsidR="002402F7" w:rsidRPr="00BE0CAB">
        <w:rPr>
          <w:rFonts w:ascii="Arial" w:hAnsi="Arial" w:cs="Arial"/>
        </w:rPr>
        <w:t xml:space="preserve"> </w:t>
      </w:r>
      <w:proofErr w:type="spellStart"/>
      <w:r w:rsidR="002402F7" w:rsidRPr="00BE0CAB">
        <w:rPr>
          <w:rFonts w:ascii="Arial" w:hAnsi="Arial" w:cs="Arial"/>
        </w:rPr>
        <w:t>mah</w:t>
      </w:r>
      <w:proofErr w:type="spellEnd"/>
      <w:r w:rsidR="002402F7" w:rsidRPr="00BE0CAB">
        <w:rPr>
          <w:rFonts w:ascii="Arial" w:hAnsi="Arial" w:cs="Arial"/>
        </w:rPr>
        <w:t>. Bilge Kaan so</w:t>
      </w:r>
      <w:r w:rsidR="00077D5F">
        <w:rPr>
          <w:rFonts w:ascii="Arial" w:hAnsi="Arial" w:cs="Arial"/>
        </w:rPr>
        <w:t xml:space="preserve">k. No:6/1 </w:t>
      </w:r>
      <w:proofErr w:type="spellStart"/>
      <w:r w:rsidR="00077D5F">
        <w:rPr>
          <w:rFonts w:ascii="Arial" w:hAnsi="Arial" w:cs="Arial"/>
        </w:rPr>
        <w:t>Beylikdüzü</w:t>
      </w:r>
      <w:proofErr w:type="spellEnd"/>
      <w:r w:rsidR="00077D5F">
        <w:rPr>
          <w:rFonts w:ascii="Arial" w:hAnsi="Arial" w:cs="Arial"/>
        </w:rPr>
        <w:t xml:space="preserve">/İstanbul </w:t>
      </w:r>
      <w:r w:rsidRPr="00BE0CAB">
        <w:rPr>
          <w:rFonts w:ascii="Arial" w:hAnsi="Arial" w:cs="Arial"/>
        </w:rPr>
        <w:br/>
      </w:r>
      <w:r w:rsidR="002402F7" w:rsidRPr="00BE0CAB">
        <w:rPr>
          <w:rFonts w:ascii="Arial" w:hAnsi="Arial" w:cs="Arial"/>
        </w:rPr>
        <w:t xml:space="preserve">Tel: +90 530 244 66 36 </w:t>
      </w:r>
      <w:r w:rsidRPr="00BE0CAB">
        <w:rPr>
          <w:rFonts w:ascii="Arial" w:hAnsi="Arial" w:cs="Arial"/>
        </w:rPr>
        <w:br/>
      </w:r>
      <w:r w:rsidR="002402F7" w:rsidRPr="00BE0CAB">
        <w:rPr>
          <w:rFonts w:ascii="Arial" w:hAnsi="Arial" w:cs="Arial"/>
        </w:rPr>
        <w:t>E-</w:t>
      </w:r>
      <w:proofErr w:type="spellStart"/>
      <w:r w:rsidR="002402F7" w:rsidRPr="00BE0CAB">
        <w:rPr>
          <w:rFonts w:ascii="Arial" w:hAnsi="Arial" w:cs="Arial"/>
        </w:rPr>
        <w:t>posta</w:t>
      </w:r>
      <w:proofErr w:type="spellEnd"/>
      <w:r w:rsidR="002402F7" w:rsidRPr="00BE0CAB">
        <w:rPr>
          <w:rFonts w:ascii="Arial" w:hAnsi="Arial" w:cs="Arial"/>
        </w:rPr>
        <w:t xml:space="preserve">: </w:t>
      </w:r>
      <w:hyperlink r:id="rId7" w:history="1">
        <w:r w:rsidRPr="00336201">
          <w:rPr>
            <w:rStyle w:val="Kpr"/>
            <w:rFonts w:ascii="Arial" w:hAnsi="Arial" w:cs="Arial"/>
          </w:rPr>
          <w:t>sales@amperiumbattery.com</w:t>
        </w:r>
      </w:hyperlink>
    </w:p>
    <w:p w:rsidR="00BE0CAB" w:rsidRPr="00BE0CAB" w:rsidRDefault="00BE0CAB" w:rsidP="00BE0CAB">
      <w:pPr>
        <w:rPr>
          <w:rFonts w:ascii="Arial" w:hAnsi="Arial" w:cs="Arial"/>
        </w:rPr>
      </w:pPr>
    </w:p>
    <w:p w:rsidR="00CF14B8" w:rsidRPr="00BE0CAB" w:rsidRDefault="002402F7">
      <w:pPr>
        <w:rPr>
          <w:rFonts w:ascii="Arial" w:hAnsi="Arial" w:cs="Arial"/>
          <w:color w:val="FF0000"/>
        </w:rPr>
      </w:pPr>
      <w:r w:rsidRPr="00BE0CAB">
        <w:rPr>
          <w:rFonts w:ascii="Arial" w:hAnsi="Arial" w:cs="Arial"/>
          <w:b/>
          <w:color w:val="FF0000"/>
        </w:rPr>
        <w:t>Müşteri Bilgileri</w:t>
      </w:r>
    </w:p>
    <w:p w:rsidR="00CF14B8" w:rsidRPr="00BE0CAB" w:rsidRDefault="002402F7" w:rsidP="00BE0CAB">
      <w:pPr>
        <w:tabs>
          <w:tab w:val="right" w:leader="dot" w:pos="9630"/>
        </w:tabs>
        <w:rPr>
          <w:rFonts w:ascii="Arial" w:hAnsi="Arial" w:cs="Arial"/>
        </w:rPr>
      </w:pPr>
      <w:r w:rsidRPr="00BE0CAB">
        <w:rPr>
          <w:rFonts w:ascii="Arial" w:hAnsi="Arial" w:cs="Arial"/>
          <w:b/>
        </w:rPr>
        <w:t>Adı Soyadı / Ünvan:</w:t>
      </w:r>
      <w:r w:rsidRPr="00BE0CAB">
        <w:rPr>
          <w:rFonts w:ascii="Arial" w:hAnsi="Arial" w:cs="Arial"/>
        </w:rPr>
        <w:t xml:space="preserve"> </w:t>
      </w:r>
      <w:r w:rsidR="00BE0CAB">
        <w:rPr>
          <w:rFonts w:ascii="Arial" w:hAnsi="Arial" w:cs="Arial"/>
          <w:b/>
        </w:rPr>
        <w:tab/>
      </w:r>
    </w:p>
    <w:p w:rsidR="00CF14B8" w:rsidRPr="00BE0CAB" w:rsidRDefault="002402F7" w:rsidP="00BE0CAB">
      <w:pPr>
        <w:tabs>
          <w:tab w:val="right" w:leader="dot" w:pos="9630"/>
        </w:tabs>
        <w:rPr>
          <w:rFonts w:ascii="Arial" w:hAnsi="Arial" w:cs="Arial"/>
          <w:b/>
        </w:rPr>
      </w:pPr>
      <w:r w:rsidRPr="00BE0CAB">
        <w:rPr>
          <w:rFonts w:ascii="Arial" w:hAnsi="Arial" w:cs="Arial"/>
          <w:b/>
        </w:rPr>
        <w:t>TCKN / Pasaport No:</w:t>
      </w:r>
      <w:r w:rsidRPr="00BE0CAB">
        <w:rPr>
          <w:rFonts w:ascii="Arial" w:hAnsi="Arial" w:cs="Arial"/>
          <w:b/>
        </w:rPr>
        <w:t xml:space="preserve"> </w:t>
      </w:r>
      <w:r w:rsidR="00BE0CAB">
        <w:rPr>
          <w:rFonts w:ascii="Arial" w:hAnsi="Arial" w:cs="Arial"/>
          <w:b/>
        </w:rPr>
        <w:tab/>
      </w:r>
    </w:p>
    <w:p w:rsidR="00CF14B8" w:rsidRPr="00BE0CAB" w:rsidRDefault="002402F7" w:rsidP="00BE0CAB">
      <w:pPr>
        <w:tabs>
          <w:tab w:val="right" w:leader="dot" w:pos="9630"/>
        </w:tabs>
        <w:rPr>
          <w:rFonts w:ascii="Arial" w:hAnsi="Arial" w:cs="Arial"/>
          <w:b/>
        </w:rPr>
      </w:pPr>
      <w:r w:rsidRPr="00BE0CAB">
        <w:rPr>
          <w:rFonts w:ascii="Arial" w:hAnsi="Arial" w:cs="Arial"/>
          <w:b/>
        </w:rPr>
        <w:t>Telefon / E-posta:</w:t>
      </w:r>
      <w:r w:rsidRPr="00BE0CAB">
        <w:rPr>
          <w:rFonts w:ascii="Arial" w:hAnsi="Arial" w:cs="Arial"/>
          <w:b/>
        </w:rPr>
        <w:t xml:space="preserve"> </w:t>
      </w:r>
      <w:r w:rsidR="00BE0CAB">
        <w:rPr>
          <w:rFonts w:ascii="Arial" w:hAnsi="Arial" w:cs="Arial"/>
          <w:b/>
        </w:rPr>
        <w:tab/>
      </w:r>
    </w:p>
    <w:p w:rsidR="00BE0CAB" w:rsidRPr="00BE0CAB" w:rsidRDefault="002402F7" w:rsidP="00BE0CAB">
      <w:pPr>
        <w:tabs>
          <w:tab w:val="right" w:leader="dot" w:pos="9630"/>
        </w:tabs>
        <w:rPr>
          <w:rFonts w:ascii="Arial" w:hAnsi="Arial" w:cs="Arial"/>
          <w:b/>
        </w:rPr>
      </w:pPr>
      <w:r w:rsidRPr="00BE0CAB">
        <w:rPr>
          <w:rFonts w:ascii="Arial" w:hAnsi="Arial" w:cs="Arial"/>
          <w:b/>
        </w:rPr>
        <w:t>Adres:</w:t>
      </w:r>
      <w:r w:rsidRPr="00BE0CAB">
        <w:rPr>
          <w:rFonts w:ascii="Arial" w:hAnsi="Arial" w:cs="Arial"/>
          <w:b/>
        </w:rPr>
        <w:t xml:space="preserve"> </w:t>
      </w:r>
      <w:r w:rsidR="00BE0CAB">
        <w:rPr>
          <w:rFonts w:ascii="Arial" w:hAnsi="Arial" w:cs="Arial"/>
          <w:b/>
        </w:rPr>
        <w:tab/>
      </w:r>
    </w:p>
    <w:p w:rsidR="00CF14B8" w:rsidRPr="00BE0CAB" w:rsidRDefault="002402F7">
      <w:pPr>
        <w:rPr>
          <w:rFonts w:ascii="Arial" w:hAnsi="Arial" w:cs="Arial"/>
          <w:color w:val="FF0000"/>
        </w:rPr>
      </w:pPr>
      <w:proofErr w:type="spellStart"/>
      <w:r w:rsidRPr="00BE0CAB">
        <w:rPr>
          <w:rFonts w:ascii="Arial" w:hAnsi="Arial" w:cs="Arial"/>
          <w:b/>
          <w:color w:val="FF0000"/>
        </w:rPr>
        <w:t>Ödeme</w:t>
      </w:r>
      <w:proofErr w:type="spellEnd"/>
      <w:r w:rsidRPr="00BE0CAB">
        <w:rPr>
          <w:rFonts w:ascii="Arial" w:hAnsi="Arial" w:cs="Arial"/>
          <w:b/>
          <w:color w:val="FF0000"/>
        </w:rPr>
        <w:t xml:space="preserve"> </w:t>
      </w:r>
      <w:proofErr w:type="spellStart"/>
      <w:r w:rsidRPr="00BE0CAB">
        <w:rPr>
          <w:rFonts w:ascii="Arial" w:hAnsi="Arial" w:cs="Arial"/>
          <w:b/>
          <w:color w:val="FF0000"/>
        </w:rPr>
        <w:t>Bilgileri</w:t>
      </w:r>
      <w:proofErr w:type="spellEnd"/>
    </w:p>
    <w:p w:rsidR="00CF14B8" w:rsidRPr="00BE0CAB" w:rsidRDefault="002402F7" w:rsidP="00BE0CAB">
      <w:pPr>
        <w:tabs>
          <w:tab w:val="right" w:leader="dot" w:pos="9630"/>
        </w:tabs>
        <w:rPr>
          <w:rFonts w:ascii="Arial" w:hAnsi="Arial" w:cs="Arial"/>
          <w:b/>
        </w:rPr>
      </w:pPr>
      <w:r w:rsidRPr="00BE0CAB">
        <w:rPr>
          <w:rFonts w:ascii="Arial" w:hAnsi="Arial" w:cs="Arial"/>
          <w:b/>
        </w:rPr>
        <w:t>K</w:t>
      </w:r>
      <w:r w:rsidRPr="00BE0CAB">
        <w:rPr>
          <w:rFonts w:ascii="Arial" w:hAnsi="Arial" w:cs="Arial"/>
          <w:b/>
        </w:rPr>
        <w:t>art Sahibi Adı Soyadı:</w:t>
      </w:r>
      <w:r w:rsidRPr="00BE0CAB">
        <w:rPr>
          <w:rFonts w:ascii="Arial" w:hAnsi="Arial" w:cs="Arial"/>
          <w:b/>
        </w:rPr>
        <w:t xml:space="preserve"> </w:t>
      </w:r>
      <w:r w:rsidR="00BE0CAB">
        <w:rPr>
          <w:rFonts w:ascii="Arial" w:hAnsi="Arial" w:cs="Arial"/>
          <w:b/>
        </w:rPr>
        <w:tab/>
      </w:r>
    </w:p>
    <w:p w:rsidR="00CF14B8" w:rsidRPr="00BE0CAB" w:rsidRDefault="002402F7" w:rsidP="00BE0CAB">
      <w:pPr>
        <w:tabs>
          <w:tab w:val="right" w:leader="dot" w:pos="9630"/>
        </w:tabs>
        <w:rPr>
          <w:rFonts w:ascii="Arial" w:hAnsi="Arial" w:cs="Arial"/>
          <w:b/>
        </w:rPr>
      </w:pPr>
      <w:r w:rsidRPr="00BE0CAB">
        <w:rPr>
          <w:rFonts w:ascii="Arial" w:hAnsi="Arial" w:cs="Arial"/>
          <w:b/>
        </w:rPr>
        <w:t>Kart Son 4 Hane:</w:t>
      </w:r>
      <w:r w:rsidRPr="00BE0CAB">
        <w:rPr>
          <w:rFonts w:ascii="Arial" w:hAnsi="Arial" w:cs="Arial"/>
          <w:b/>
        </w:rPr>
        <w:t xml:space="preserve"> </w:t>
      </w:r>
      <w:r w:rsidR="00BE0CAB">
        <w:rPr>
          <w:rFonts w:ascii="Arial" w:hAnsi="Arial" w:cs="Arial"/>
          <w:b/>
        </w:rPr>
        <w:tab/>
      </w:r>
    </w:p>
    <w:p w:rsidR="00CF14B8" w:rsidRPr="00BE0CAB" w:rsidRDefault="002402F7" w:rsidP="00BE0CAB">
      <w:pPr>
        <w:tabs>
          <w:tab w:val="right" w:leader="dot" w:pos="9630"/>
        </w:tabs>
        <w:rPr>
          <w:rFonts w:ascii="Arial" w:hAnsi="Arial" w:cs="Arial"/>
          <w:b/>
        </w:rPr>
      </w:pPr>
      <w:proofErr w:type="spellStart"/>
      <w:r w:rsidRPr="00BE0CAB">
        <w:rPr>
          <w:rFonts w:ascii="Arial" w:hAnsi="Arial" w:cs="Arial"/>
          <w:b/>
        </w:rPr>
        <w:t>Tutar</w:t>
      </w:r>
      <w:proofErr w:type="spellEnd"/>
      <w:r w:rsidRPr="00BE0CAB">
        <w:rPr>
          <w:rFonts w:ascii="Arial" w:hAnsi="Arial" w:cs="Arial"/>
          <w:b/>
        </w:rPr>
        <w:t xml:space="preserve"> (TL):</w:t>
      </w:r>
      <w:r w:rsidR="00BE0CAB">
        <w:rPr>
          <w:rFonts w:ascii="Arial" w:hAnsi="Arial" w:cs="Arial"/>
          <w:b/>
        </w:rPr>
        <w:tab/>
      </w:r>
    </w:p>
    <w:p w:rsidR="00CF14B8" w:rsidRPr="00BE0CAB" w:rsidRDefault="002402F7" w:rsidP="00BE0CAB">
      <w:pPr>
        <w:tabs>
          <w:tab w:val="right" w:leader="dot" w:pos="9630"/>
        </w:tabs>
        <w:rPr>
          <w:rFonts w:ascii="Arial" w:hAnsi="Arial" w:cs="Arial"/>
          <w:b/>
        </w:rPr>
      </w:pPr>
      <w:r w:rsidRPr="00BE0CAB">
        <w:rPr>
          <w:rFonts w:ascii="Arial" w:hAnsi="Arial" w:cs="Arial"/>
          <w:b/>
        </w:rPr>
        <w:t>Para Birimi:</w:t>
      </w:r>
      <w:r w:rsidRPr="00BE0CAB">
        <w:rPr>
          <w:rFonts w:ascii="Arial" w:hAnsi="Arial" w:cs="Arial"/>
          <w:b/>
        </w:rPr>
        <w:t xml:space="preserve"> </w:t>
      </w:r>
      <w:r w:rsidR="00BE0CAB">
        <w:rPr>
          <w:rFonts w:ascii="Arial" w:hAnsi="Arial" w:cs="Arial"/>
          <w:b/>
        </w:rPr>
        <w:tab/>
      </w:r>
    </w:p>
    <w:p w:rsidR="00CF14B8" w:rsidRPr="00BE0CAB" w:rsidRDefault="002402F7" w:rsidP="00BE0CAB">
      <w:pPr>
        <w:tabs>
          <w:tab w:val="right" w:leader="dot" w:pos="9630"/>
        </w:tabs>
        <w:rPr>
          <w:rFonts w:ascii="Arial" w:hAnsi="Arial" w:cs="Arial"/>
        </w:rPr>
      </w:pPr>
      <w:proofErr w:type="spellStart"/>
      <w:r w:rsidRPr="00BE0CAB">
        <w:rPr>
          <w:rFonts w:ascii="Arial" w:hAnsi="Arial" w:cs="Arial"/>
          <w:b/>
        </w:rPr>
        <w:t>Açıklama</w:t>
      </w:r>
      <w:proofErr w:type="spellEnd"/>
      <w:r w:rsidRPr="00BE0CAB">
        <w:rPr>
          <w:rFonts w:ascii="Arial" w:hAnsi="Arial" w:cs="Arial"/>
          <w:b/>
        </w:rPr>
        <w:t xml:space="preserve"> (</w:t>
      </w:r>
      <w:proofErr w:type="spellStart"/>
      <w:r w:rsidRPr="00BE0CAB">
        <w:rPr>
          <w:rFonts w:ascii="Arial" w:hAnsi="Arial" w:cs="Arial"/>
          <w:b/>
        </w:rPr>
        <w:t>ürün</w:t>
      </w:r>
      <w:proofErr w:type="spellEnd"/>
      <w:r w:rsidRPr="00BE0CAB">
        <w:rPr>
          <w:rFonts w:ascii="Arial" w:hAnsi="Arial" w:cs="Arial"/>
          <w:b/>
        </w:rPr>
        <w:t xml:space="preserve"> / </w:t>
      </w:r>
      <w:proofErr w:type="spellStart"/>
      <w:r w:rsidRPr="00BE0CAB">
        <w:rPr>
          <w:rFonts w:ascii="Arial" w:hAnsi="Arial" w:cs="Arial"/>
          <w:b/>
        </w:rPr>
        <w:t>hizmet</w:t>
      </w:r>
      <w:proofErr w:type="spellEnd"/>
      <w:r w:rsidRPr="00BE0CAB">
        <w:rPr>
          <w:rFonts w:ascii="Arial" w:hAnsi="Arial" w:cs="Arial"/>
          <w:b/>
        </w:rPr>
        <w:t>):</w:t>
      </w:r>
      <w:r w:rsidRPr="00BE0CAB">
        <w:rPr>
          <w:rFonts w:ascii="Arial" w:hAnsi="Arial" w:cs="Arial"/>
        </w:rPr>
        <w:t xml:space="preserve"> </w:t>
      </w:r>
      <w:r w:rsidR="00BE0CAB">
        <w:rPr>
          <w:rFonts w:ascii="Arial" w:hAnsi="Arial" w:cs="Arial"/>
          <w:b/>
        </w:rPr>
        <w:tab/>
      </w:r>
    </w:p>
    <w:p w:rsidR="00CF14B8" w:rsidRPr="00BE0CAB" w:rsidRDefault="00BE0CAB">
      <w:pPr>
        <w:rPr>
          <w:rFonts w:ascii="Arial" w:hAnsi="Arial" w:cs="Arial"/>
          <w:color w:val="FF0000"/>
        </w:rPr>
      </w:pPr>
      <w:r>
        <w:rPr>
          <w:rFonts w:ascii="Arial" w:hAnsi="Arial" w:cs="Arial"/>
          <w:b/>
          <w:color w:val="FF0000"/>
        </w:rPr>
        <w:br/>
      </w:r>
      <w:proofErr w:type="spellStart"/>
      <w:r w:rsidR="002402F7" w:rsidRPr="00BE0CAB">
        <w:rPr>
          <w:rFonts w:ascii="Arial" w:hAnsi="Arial" w:cs="Arial"/>
          <w:b/>
          <w:color w:val="FF0000"/>
        </w:rPr>
        <w:t>Yetkilendirme</w:t>
      </w:r>
      <w:proofErr w:type="spellEnd"/>
      <w:r w:rsidR="002402F7" w:rsidRPr="00BE0CAB">
        <w:rPr>
          <w:rFonts w:ascii="Arial" w:hAnsi="Arial" w:cs="Arial"/>
          <w:b/>
          <w:color w:val="FF0000"/>
        </w:rPr>
        <w:t xml:space="preserve"> </w:t>
      </w:r>
      <w:proofErr w:type="spellStart"/>
      <w:r w:rsidR="002402F7" w:rsidRPr="00BE0CAB">
        <w:rPr>
          <w:rFonts w:ascii="Arial" w:hAnsi="Arial" w:cs="Arial"/>
          <w:b/>
          <w:color w:val="FF0000"/>
        </w:rPr>
        <w:t>Beyanı</w:t>
      </w:r>
      <w:proofErr w:type="spellEnd"/>
    </w:p>
    <w:p w:rsidR="00CF14B8" w:rsidRPr="00BE0CAB" w:rsidRDefault="002402F7">
      <w:pPr>
        <w:rPr>
          <w:rFonts w:ascii="Arial" w:hAnsi="Arial" w:cs="Arial"/>
        </w:rPr>
      </w:pPr>
      <w:r w:rsidRPr="00BE0CAB">
        <w:rPr>
          <w:rFonts w:ascii="Arial" w:hAnsi="Arial" w:cs="Arial"/>
        </w:rPr>
        <w:t>Yukarıda bilgileri bulunan kartın hamili olarak, Amperiumbattery LLC tarafından belirtilen tutarın MOTO (Mail Order / Telefon ile Ödeme) yöntemiyle tahsil edilm</w:t>
      </w:r>
      <w:r w:rsidRPr="00BE0CAB">
        <w:rPr>
          <w:rFonts w:ascii="Arial" w:hAnsi="Arial" w:cs="Arial"/>
        </w:rPr>
        <w:t>esine onay veriyorum. 3D Secure uygulanamayabileceğini ve bu nedenle ek doğrulama süreçlerinin işletilebileceğini kabul ederim. Kart verilerim Amperium tarafından saklanmaz; işlem yalnızca bu sipariş için geçerlidir. KVKK Aydınlatma Metni tarafıma sunulmuş</w:t>
      </w:r>
      <w:r w:rsidRPr="00BE0CAB">
        <w:rPr>
          <w:rFonts w:ascii="Arial" w:hAnsi="Arial" w:cs="Arial"/>
        </w:rPr>
        <w:t xml:space="preserve"> olup okudum ve kabul ediyorum.</w:t>
      </w:r>
    </w:p>
    <w:p w:rsidR="00CF14B8" w:rsidRPr="00BE0CAB" w:rsidRDefault="002402F7">
      <w:pPr>
        <w:rPr>
          <w:rFonts w:ascii="Arial" w:hAnsi="Arial" w:cs="Arial"/>
          <w:color w:val="FF0000"/>
        </w:rPr>
      </w:pPr>
      <w:r w:rsidRPr="00BE0CAB">
        <w:rPr>
          <w:rFonts w:ascii="Arial" w:hAnsi="Arial" w:cs="Arial"/>
          <w:b/>
          <w:color w:val="FF0000"/>
        </w:rPr>
        <w:t>Onay ve İmza</w:t>
      </w:r>
    </w:p>
    <w:p w:rsidR="00CF14B8" w:rsidRPr="00BE0CAB" w:rsidRDefault="002402F7" w:rsidP="00BE0CAB">
      <w:pPr>
        <w:tabs>
          <w:tab w:val="right" w:leader="dot" w:pos="9630"/>
        </w:tabs>
        <w:rPr>
          <w:rFonts w:ascii="Arial" w:hAnsi="Arial" w:cs="Arial"/>
          <w:b/>
        </w:rPr>
      </w:pPr>
      <w:r w:rsidRPr="00BE0CAB">
        <w:rPr>
          <w:rFonts w:ascii="Arial" w:hAnsi="Arial" w:cs="Arial"/>
          <w:b/>
        </w:rPr>
        <w:t>Kart Sahibi Adı Soyadı:</w:t>
      </w:r>
      <w:r w:rsidRPr="00BE0CAB">
        <w:rPr>
          <w:rFonts w:ascii="Arial" w:hAnsi="Arial" w:cs="Arial"/>
          <w:b/>
        </w:rPr>
        <w:t xml:space="preserve"> </w:t>
      </w:r>
      <w:r w:rsidR="00BE0CAB">
        <w:rPr>
          <w:rFonts w:ascii="Arial" w:hAnsi="Arial" w:cs="Arial"/>
          <w:b/>
        </w:rPr>
        <w:tab/>
      </w:r>
    </w:p>
    <w:p w:rsidR="00CF14B8" w:rsidRPr="00BE0CAB" w:rsidRDefault="002402F7" w:rsidP="00BE0CAB">
      <w:pPr>
        <w:tabs>
          <w:tab w:val="right" w:leader="dot" w:pos="9630"/>
        </w:tabs>
        <w:rPr>
          <w:rFonts w:ascii="Arial" w:hAnsi="Arial" w:cs="Arial"/>
          <w:b/>
        </w:rPr>
      </w:pPr>
      <w:r w:rsidRPr="00BE0CAB">
        <w:rPr>
          <w:rFonts w:ascii="Arial" w:hAnsi="Arial" w:cs="Arial"/>
          <w:b/>
        </w:rPr>
        <w:t>Tarih:</w:t>
      </w:r>
      <w:r w:rsidRPr="00BE0CAB">
        <w:rPr>
          <w:rFonts w:ascii="Arial" w:hAnsi="Arial" w:cs="Arial"/>
          <w:b/>
        </w:rPr>
        <w:t xml:space="preserve"> </w:t>
      </w:r>
      <w:r w:rsidR="00BE0CAB">
        <w:rPr>
          <w:rFonts w:ascii="Arial" w:hAnsi="Arial" w:cs="Arial"/>
          <w:b/>
        </w:rPr>
        <w:tab/>
      </w:r>
    </w:p>
    <w:p w:rsidR="00CF14B8" w:rsidRPr="00BE0CAB" w:rsidRDefault="002402F7" w:rsidP="00BE0CAB">
      <w:pPr>
        <w:tabs>
          <w:tab w:val="right" w:leader="dot" w:pos="9630"/>
        </w:tabs>
        <w:rPr>
          <w:rFonts w:ascii="Arial" w:hAnsi="Arial" w:cs="Arial"/>
        </w:rPr>
      </w:pPr>
      <w:proofErr w:type="spellStart"/>
      <w:r w:rsidRPr="00BE0CAB">
        <w:rPr>
          <w:rFonts w:ascii="Arial" w:hAnsi="Arial" w:cs="Arial"/>
          <w:b/>
        </w:rPr>
        <w:t>İmza</w:t>
      </w:r>
      <w:proofErr w:type="spellEnd"/>
      <w:r w:rsidRPr="00BE0CAB">
        <w:rPr>
          <w:rFonts w:ascii="Arial" w:hAnsi="Arial" w:cs="Arial"/>
          <w:b/>
        </w:rPr>
        <w:t>:</w:t>
      </w:r>
      <w:r w:rsidRPr="00BE0CAB">
        <w:rPr>
          <w:rFonts w:ascii="Arial" w:hAnsi="Arial" w:cs="Arial"/>
        </w:rPr>
        <w:t xml:space="preserve"> </w:t>
      </w:r>
      <w:r w:rsidR="00BE0CAB">
        <w:rPr>
          <w:rFonts w:ascii="Arial" w:hAnsi="Arial" w:cs="Arial"/>
          <w:b/>
        </w:rPr>
        <w:tab/>
      </w:r>
      <w:r w:rsidR="00BE0CAB" w:rsidRPr="00BE0CAB">
        <w:rPr>
          <w:rFonts w:ascii="Arial" w:hAnsi="Arial" w:cs="Arial"/>
        </w:rPr>
        <w:br/>
      </w:r>
    </w:p>
    <w:p w:rsidR="00CF14B8" w:rsidRPr="00BE0CAB" w:rsidRDefault="002402F7">
      <w:pPr>
        <w:rPr>
          <w:rFonts w:ascii="Arial" w:hAnsi="Arial" w:cs="Arial"/>
        </w:rPr>
      </w:pPr>
      <w:r w:rsidRPr="00BE0CAB">
        <w:rPr>
          <w:rFonts w:ascii="Arial" w:hAnsi="Arial" w:cs="Arial"/>
        </w:rPr>
        <w:t xml:space="preserve">Not: Formun doldurulması, </w:t>
      </w:r>
      <w:r w:rsidRPr="00BE0CAB">
        <w:rPr>
          <w:rFonts w:ascii="Arial" w:hAnsi="Arial" w:cs="Arial"/>
        </w:rPr>
        <w:t xml:space="preserve">onay çağrısı ve/veya e-posta teyidi ile birlikte değerlendirilir. </w:t>
      </w:r>
      <w:r w:rsidR="00BE0CAB" w:rsidRPr="00BE0CAB">
        <w:rPr>
          <w:rFonts w:ascii="Arial" w:hAnsi="Arial" w:cs="Arial"/>
        </w:rPr>
        <w:br/>
      </w:r>
      <w:r w:rsidRPr="00BE0CAB">
        <w:rPr>
          <w:rFonts w:ascii="Arial" w:hAnsi="Arial" w:cs="Arial"/>
        </w:rPr>
        <w:t xml:space="preserve">Bu form </w:t>
      </w:r>
      <w:proofErr w:type="spellStart"/>
      <w:r w:rsidRPr="00BE0CAB">
        <w:rPr>
          <w:rFonts w:ascii="Arial" w:hAnsi="Arial" w:cs="Arial"/>
        </w:rPr>
        <w:t>tek</w:t>
      </w:r>
      <w:proofErr w:type="spellEnd"/>
      <w:r w:rsidRPr="00BE0CAB">
        <w:rPr>
          <w:rFonts w:ascii="Arial" w:hAnsi="Arial" w:cs="Arial"/>
        </w:rPr>
        <w:t xml:space="preserve"> </w:t>
      </w:r>
      <w:proofErr w:type="spellStart"/>
      <w:r w:rsidRPr="00BE0CAB">
        <w:rPr>
          <w:rFonts w:ascii="Arial" w:hAnsi="Arial" w:cs="Arial"/>
        </w:rPr>
        <w:t>seferlik</w:t>
      </w:r>
      <w:proofErr w:type="spellEnd"/>
      <w:r w:rsidRPr="00BE0CAB">
        <w:rPr>
          <w:rFonts w:ascii="Arial" w:hAnsi="Arial" w:cs="Arial"/>
        </w:rPr>
        <w:t xml:space="preserve"> </w:t>
      </w:r>
      <w:proofErr w:type="spellStart"/>
      <w:r w:rsidRPr="00BE0CAB">
        <w:rPr>
          <w:rFonts w:ascii="Arial" w:hAnsi="Arial" w:cs="Arial"/>
        </w:rPr>
        <w:t>işlem</w:t>
      </w:r>
      <w:proofErr w:type="spellEnd"/>
      <w:r w:rsidRPr="00BE0CAB">
        <w:rPr>
          <w:rFonts w:ascii="Arial" w:hAnsi="Arial" w:cs="Arial"/>
        </w:rPr>
        <w:t xml:space="preserve"> </w:t>
      </w:r>
      <w:proofErr w:type="spellStart"/>
      <w:r w:rsidRPr="00BE0CAB">
        <w:rPr>
          <w:rFonts w:ascii="Arial" w:hAnsi="Arial" w:cs="Arial"/>
        </w:rPr>
        <w:t>içindir</w:t>
      </w:r>
      <w:proofErr w:type="spellEnd"/>
      <w:r w:rsidRPr="00BE0CAB">
        <w:rPr>
          <w:rFonts w:ascii="Arial" w:hAnsi="Arial" w:cs="Arial"/>
        </w:rPr>
        <w:t>.</w:t>
      </w:r>
      <w:r w:rsidRPr="00BE0CAB">
        <w:rPr>
          <w:rFonts w:ascii="Arial" w:hAnsi="Arial" w:cs="Arial"/>
        </w:rPr>
        <w:br w:type="page"/>
      </w:r>
    </w:p>
    <w:p w:rsidR="00CF14B8" w:rsidRPr="00BE0CAB" w:rsidRDefault="002402F7">
      <w:pPr>
        <w:jc w:val="center"/>
        <w:rPr>
          <w:rFonts w:ascii="Arial" w:hAnsi="Arial" w:cs="Arial"/>
        </w:rPr>
      </w:pPr>
      <w:r w:rsidRPr="00BE0CAB">
        <w:rPr>
          <w:rFonts w:ascii="Arial" w:hAnsi="Arial" w:cs="Arial"/>
          <w:b/>
          <w:sz w:val="28"/>
        </w:rPr>
        <w:lastRenderedPageBreak/>
        <w:t>KULLANIM VE GÖNDERİM TALİMATI</w:t>
      </w:r>
    </w:p>
    <w:p w:rsidR="00CF14B8" w:rsidRPr="00BE0CAB" w:rsidRDefault="00CF14B8">
      <w:pPr>
        <w:rPr>
          <w:rFonts w:ascii="Arial" w:hAnsi="Arial" w:cs="Arial"/>
        </w:rPr>
      </w:pPr>
    </w:p>
    <w:p w:rsidR="00CF14B8" w:rsidRPr="00BE0CAB" w:rsidRDefault="002402F7">
      <w:pPr>
        <w:rPr>
          <w:rFonts w:ascii="Arial" w:hAnsi="Arial" w:cs="Arial"/>
        </w:rPr>
      </w:pPr>
      <w:r w:rsidRPr="00BE0CAB">
        <w:rPr>
          <w:rFonts w:ascii="Arial" w:hAnsi="Arial" w:cs="Arial"/>
          <w:b/>
        </w:rPr>
        <w:t>1</w:t>
      </w:r>
      <w:r w:rsidRPr="00BE0CAB">
        <w:rPr>
          <w:rFonts w:ascii="Arial" w:hAnsi="Arial" w:cs="Arial"/>
          <w:b/>
        </w:rPr>
        <w:t>️</w:t>
      </w:r>
      <w:r w:rsidRPr="00BE0CAB">
        <w:rPr>
          <w:rFonts w:ascii="Arial" w:hAnsi="Arial" w:cs="Arial"/>
          <w:b/>
        </w:rPr>
        <w:t xml:space="preserve"> </w:t>
      </w:r>
      <w:proofErr w:type="spellStart"/>
      <w:r w:rsidRPr="00BE0CAB">
        <w:rPr>
          <w:rFonts w:ascii="Arial" w:hAnsi="Arial" w:cs="Arial"/>
          <w:b/>
        </w:rPr>
        <w:t>Formun</w:t>
      </w:r>
      <w:proofErr w:type="spellEnd"/>
      <w:r w:rsidRPr="00BE0CAB">
        <w:rPr>
          <w:rFonts w:ascii="Arial" w:hAnsi="Arial" w:cs="Arial"/>
          <w:b/>
        </w:rPr>
        <w:t xml:space="preserve"> </w:t>
      </w:r>
      <w:proofErr w:type="spellStart"/>
      <w:r w:rsidRPr="00BE0CAB">
        <w:rPr>
          <w:rFonts w:ascii="Arial" w:hAnsi="Arial" w:cs="Arial"/>
          <w:b/>
        </w:rPr>
        <w:t>Amacı</w:t>
      </w:r>
      <w:proofErr w:type="spellEnd"/>
    </w:p>
    <w:p w:rsidR="00CF14B8" w:rsidRPr="00BE0CAB" w:rsidRDefault="002402F7">
      <w:pPr>
        <w:rPr>
          <w:rFonts w:ascii="Arial" w:hAnsi="Arial" w:cs="Arial"/>
        </w:rPr>
      </w:pPr>
      <w:r w:rsidRPr="00BE0CAB">
        <w:rPr>
          <w:rFonts w:ascii="Arial" w:hAnsi="Arial" w:cs="Arial"/>
        </w:rPr>
        <w:t>Bu form, MOTO (Mail Order / Telefon ile Ödeme) yöntemiyle yapılacak ödemelerde, kart sahibinin yazılı on</w:t>
      </w:r>
      <w:r w:rsidRPr="00BE0CAB">
        <w:rPr>
          <w:rFonts w:ascii="Arial" w:hAnsi="Arial" w:cs="Arial"/>
        </w:rPr>
        <w:t>ayını almak amacıyla kullanılmaktadır. Yalnızca ön onaylı müşteriler için geçerlidir.</w:t>
      </w:r>
    </w:p>
    <w:p w:rsidR="00CF14B8" w:rsidRPr="00BE0CAB" w:rsidRDefault="002402F7">
      <w:pPr>
        <w:rPr>
          <w:rFonts w:ascii="Arial" w:hAnsi="Arial" w:cs="Arial"/>
        </w:rPr>
      </w:pPr>
      <w:r w:rsidRPr="00BE0CAB">
        <w:rPr>
          <w:rFonts w:ascii="Arial" w:hAnsi="Arial" w:cs="Arial"/>
          <w:b/>
        </w:rPr>
        <w:t>2</w:t>
      </w:r>
      <w:r w:rsidRPr="00BE0CAB">
        <w:rPr>
          <w:rFonts w:ascii="Arial" w:hAnsi="Arial" w:cs="Arial"/>
          <w:b/>
        </w:rPr>
        <w:t>️</w:t>
      </w:r>
      <w:r w:rsidRPr="00BE0CAB">
        <w:rPr>
          <w:rFonts w:ascii="Arial" w:hAnsi="Arial" w:cs="Arial"/>
          <w:b/>
        </w:rPr>
        <w:t xml:space="preserve"> </w:t>
      </w:r>
      <w:proofErr w:type="spellStart"/>
      <w:r w:rsidRPr="00BE0CAB">
        <w:rPr>
          <w:rFonts w:ascii="Arial" w:hAnsi="Arial" w:cs="Arial"/>
          <w:b/>
        </w:rPr>
        <w:t>Nasıl</w:t>
      </w:r>
      <w:proofErr w:type="spellEnd"/>
      <w:r w:rsidRPr="00BE0CAB">
        <w:rPr>
          <w:rFonts w:ascii="Arial" w:hAnsi="Arial" w:cs="Arial"/>
          <w:b/>
        </w:rPr>
        <w:t xml:space="preserve"> </w:t>
      </w:r>
      <w:proofErr w:type="spellStart"/>
      <w:r w:rsidRPr="00BE0CAB">
        <w:rPr>
          <w:rFonts w:ascii="Arial" w:hAnsi="Arial" w:cs="Arial"/>
          <w:b/>
        </w:rPr>
        <w:t>Doldurulur</w:t>
      </w:r>
      <w:proofErr w:type="spellEnd"/>
    </w:p>
    <w:p w:rsidR="00CF14B8" w:rsidRPr="00BE0CAB" w:rsidRDefault="002402F7">
      <w:pPr>
        <w:pStyle w:val="ListeMaddemi"/>
        <w:rPr>
          <w:rFonts w:ascii="Arial" w:hAnsi="Arial" w:cs="Arial"/>
        </w:rPr>
      </w:pPr>
      <w:r w:rsidRPr="00BE0CAB">
        <w:rPr>
          <w:rFonts w:ascii="Arial" w:hAnsi="Arial" w:cs="Arial"/>
        </w:rPr>
        <w:t>• Tüm alanları eksiksiz doldurunuz.</w:t>
      </w:r>
    </w:p>
    <w:p w:rsidR="00CF14B8" w:rsidRPr="00BE0CAB" w:rsidRDefault="002402F7">
      <w:pPr>
        <w:pStyle w:val="ListeMaddemi"/>
        <w:rPr>
          <w:rFonts w:ascii="Arial" w:hAnsi="Arial" w:cs="Arial"/>
        </w:rPr>
      </w:pPr>
      <w:r w:rsidRPr="00BE0CAB">
        <w:rPr>
          <w:rFonts w:ascii="Arial" w:hAnsi="Arial" w:cs="Arial"/>
        </w:rPr>
        <w:t>• Kart bilgilerinde yalnızca son 4 haneyi yazınız (örnek: ****1234).</w:t>
      </w:r>
    </w:p>
    <w:p w:rsidR="00CF14B8" w:rsidRPr="00BE0CAB" w:rsidRDefault="002402F7">
      <w:pPr>
        <w:pStyle w:val="ListeMaddemi"/>
        <w:rPr>
          <w:rFonts w:ascii="Arial" w:hAnsi="Arial" w:cs="Arial"/>
        </w:rPr>
      </w:pPr>
      <w:r w:rsidRPr="00BE0CAB">
        <w:rPr>
          <w:rFonts w:ascii="Arial" w:hAnsi="Arial" w:cs="Arial"/>
        </w:rPr>
        <w:t>• Tutar, para birimi ve ürün açıklamasını be</w:t>
      </w:r>
      <w:r w:rsidRPr="00BE0CAB">
        <w:rPr>
          <w:rFonts w:ascii="Arial" w:hAnsi="Arial" w:cs="Arial"/>
        </w:rPr>
        <w:t>lirtiniz.</w:t>
      </w:r>
    </w:p>
    <w:p w:rsidR="00CF14B8" w:rsidRPr="00BE0CAB" w:rsidRDefault="002402F7">
      <w:pPr>
        <w:pStyle w:val="ListeMaddemi"/>
        <w:rPr>
          <w:rFonts w:ascii="Arial" w:hAnsi="Arial" w:cs="Arial"/>
        </w:rPr>
      </w:pPr>
      <w:r w:rsidRPr="00BE0CAB">
        <w:rPr>
          <w:rFonts w:ascii="Arial" w:hAnsi="Arial" w:cs="Arial"/>
        </w:rPr>
        <w:t>• “Yetkilendirme Beyanı” bölümünü dikkatlice okuyunuz.</w:t>
      </w:r>
    </w:p>
    <w:p w:rsidR="00CF14B8" w:rsidRPr="00BE0CAB" w:rsidRDefault="002402F7">
      <w:pPr>
        <w:pStyle w:val="ListeMaddemi"/>
        <w:rPr>
          <w:rFonts w:ascii="Arial" w:hAnsi="Arial" w:cs="Arial"/>
        </w:rPr>
      </w:pPr>
      <w:r w:rsidRPr="00BE0CAB">
        <w:rPr>
          <w:rFonts w:ascii="Arial" w:hAnsi="Arial" w:cs="Arial"/>
        </w:rPr>
        <w:t>• “Onay ve İmza” kısmını ıslak imza ile imzalayınız.</w:t>
      </w:r>
    </w:p>
    <w:p w:rsidR="00CF14B8" w:rsidRPr="00BE0CAB" w:rsidRDefault="002402F7">
      <w:pPr>
        <w:rPr>
          <w:rFonts w:ascii="Arial" w:hAnsi="Arial" w:cs="Arial"/>
        </w:rPr>
      </w:pPr>
      <w:r w:rsidRPr="00BE0CAB">
        <w:rPr>
          <w:rFonts w:ascii="Arial" w:hAnsi="Arial" w:cs="Arial"/>
          <w:b/>
        </w:rPr>
        <w:t>3</w:t>
      </w:r>
      <w:r w:rsidRPr="00BE0CAB">
        <w:rPr>
          <w:rFonts w:ascii="Arial" w:hAnsi="Arial" w:cs="Arial"/>
          <w:b/>
        </w:rPr>
        <w:t>️</w:t>
      </w:r>
      <w:r w:rsidRPr="00BE0CAB">
        <w:rPr>
          <w:rFonts w:ascii="Arial" w:hAnsi="Arial" w:cs="Arial"/>
          <w:b/>
        </w:rPr>
        <w:t xml:space="preserve"> </w:t>
      </w:r>
      <w:proofErr w:type="spellStart"/>
      <w:r w:rsidRPr="00BE0CAB">
        <w:rPr>
          <w:rFonts w:ascii="Arial" w:hAnsi="Arial" w:cs="Arial"/>
          <w:b/>
        </w:rPr>
        <w:t>Gönderim</w:t>
      </w:r>
      <w:proofErr w:type="spellEnd"/>
      <w:r w:rsidRPr="00BE0CAB">
        <w:rPr>
          <w:rFonts w:ascii="Arial" w:hAnsi="Arial" w:cs="Arial"/>
          <w:b/>
        </w:rPr>
        <w:t xml:space="preserve"> </w:t>
      </w:r>
      <w:proofErr w:type="spellStart"/>
      <w:r w:rsidRPr="00BE0CAB">
        <w:rPr>
          <w:rFonts w:ascii="Arial" w:hAnsi="Arial" w:cs="Arial"/>
          <w:b/>
        </w:rPr>
        <w:t>Yöntemi</w:t>
      </w:r>
      <w:proofErr w:type="spellEnd"/>
    </w:p>
    <w:p w:rsidR="00CF14B8" w:rsidRPr="00BE0CAB" w:rsidRDefault="002402F7">
      <w:pPr>
        <w:rPr>
          <w:rFonts w:ascii="Arial" w:hAnsi="Arial" w:cs="Arial"/>
        </w:rPr>
      </w:pPr>
      <w:r w:rsidRPr="00BE0CAB">
        <w:rPr>
          <w:rFonts w:ascii="Arial" w:hAnsi="Arial" w:cs="Arial"/>
        </w:rPr>
        <w:t>Formu doldurduktan ve imzaladıktan sonra aşağıdaki yöntemlerden biriyle gönderiniz:</w:t>
      </w:r>
    </w:p>
    <w:p w:rsidR="00CF14B8" w:rsidRPr="00BE0CAB" w:rsidRDefault="002402F7">
      <w:pPr>
        <w:rPr>
          <w:rFonts w:ascii="Arial" w:hAnsi="Arial" w:cs="Arial"/>
        </w:rPr>
      </w:pPr>
      <w:r w:rsidRPr="00BE0CAB">
        <w:rPr>
          <w:rFonts w:ascii="Segoe UI Symbol" w:hAnsi="Segoe UI Symbol" w:cs="Segoe UI Symbol"/>
        </w:rPr>
        <w:t>📧</w:t>
      </w:r>
      <w:r w:rsidRPr="00BE0CAB">
        <w:rPr>
          <w:rFonts w:ascii="Arial" w:hAnsi="Arial" w:cs="Arial"/>
        </w:rPr>
        <w:t xml:space="preserve"> E-</w:t>
      </w:r>
      <w:proofErr w:type="spellStart"/>
      <w:r w:rsidRPr="00BE0CAB">
        <w:rPr>
          <w:rFonts w:ascii="Arial" w:hAnsi="Arial" w:cs="Arial"/>
        </w:rPr>
        <w:t>posta</w:t>
      </w:r>
      <w:proofErr w:type="spellEnd"/>
      <w:r w:rsidRPr="00BE0CAB">
        <w:rPr>
          <w:rFonts w:ascii="Arial" w:hAnsi="Arial" w:cs="Arial"/>
        </w:rPr>
        <w:t xml:space="preserve">: </w:t>
      </w:r>
      <w:hyperlink r:id="rId8" w:history="1">
        <w:r w:rsidR="00BE0CAB" w:rsidRPr="00336201">
          <w:rPr>
            <w:rStyle w:val="Kpr"/>
            <w:rFonts w:ascii="Arial" w:hAnsi="Arial" w:cs="Arial"/>
          </w:rPr>
          <w:t>sales@amperiumbattery.com</w:t>
        </w:r>
      </w:hyperlink>
      <w:r w:rsidR="00BE0CAB">
        <w:rPr>
          <w:rFonts w:ascii="Arial" w:hAnsi="Arial" w:cs="Arial"/>
        </w:rPr>
        <w:t xml:space="preserve"> </w:t>
      </w:r>
    </w:p>
    <w:p w:rsidR="00CF14B8" w:rsidRPr="00BE0CAB" w:rsidRDefault="002402F7">
      <w:pPr>
        <w:rPr>
          <w:rFonts w:ascii="Arial" w:hAnsi="Arial" w:cs="Arial"/>
        </w:rPr>
      </w:pPr>
      <w:r w:rsidRPr="00BE0CAB">
        <w:rPr>
          <w:rFonts w:ascii="Segoe UI Symbol" w:hAnsi="Segoe UI Symbol" w:cs="Segoe UI Symbol"/>
        </w:rPr>
        <w:t>💬</w:t>
      </w:r>
      <w:r w:rsidRPr="00BE0CAB">
        <w:rPr>
          <w:rFonts w:ascii="Arial" w:hAnsi="Arial" w:cs="Arial"/>
        </w:rPr>
        <w:t xml:space="preserve"> WhatsApp: +90 530 244 66 36</w:t>
      </w:r>
    </w:p>
    <w:p w:rsidR="00CF14B8" w:rsidRPr="00BE0CAB" w:rsidRDefault="002402F7">
      <w:pPr>
        <w:rPr>
          <w:rFonts w:ascii="Arial" w:hAnsi="Arial" w:cs="Arial"/>
        </w:rPr>
      </w:pPr>
      <w:r w:rsidRPr="00BE0CAB">
        <w:rPr>
          <w:rFonts w:ascii="Arial" w:hAnsi="Arial" w:cs="Arial"/>
        </w:rPr>
        <w:t>Lütfen formun okunaklı bir fotoğrafını veya PDF taramasını gönderiniz.</w:t>
      </w:r>
    </w:p>
    <w:p w:rsidR="00CF14B8" w:rsidRPr="00BE0CAB" w:rsidRDefault="002402F7">
      <w:pPr>
        <w:rPr>
          <w:rFonts w:ascii="Arial" w:hAnsi="Arial" w:cs="Arial"/>
        </w:rPr>
      </w:pPr>
      <w:r w:rsidRPr="00BE0CAB">
        <w:rPr>
          <w:rFonts w:ascii="Arial" w:hAnsi="Arial" w:cs="Arial"/>
          <w:b/>
        </w:rPr>
        <w:t>4</w:t>
      </w:r>
      <w:r w:rsidRPr="00BE0CAB">
        <w:rPr>
          <w:rFonts w:ascii="Arial" w:hAnsi="Arial" w:cs="Arial"/>
          <w:b/>
        </w:rPr>
        <w:t>️</w:t>
      </w:r>
      <w:r w:rsidRPr="00BE0CAB">
        <w:rPr>
          <w:rFonts w:ascii="Arial" w:hAnsi="Arial" w:cs="Arial"/>
          <w:b/>
        </w:rPr>
        <w:t xml:space="preserve"> </w:t>
      </w:r>
      <w:proofErr w:type="spellStart"/>
      <w:r w:rsidRPr="00BE0CAB">
        <w:rPr>
          <w:rFonts w:ascii="Arial" w:hAnsi="Arial" w:cs="Arial"/>
          <w:b/>
        </w:rPr>
        <w:t>İşlem</w:t>
      </w:r>
      <w:proofErr w:type="spellEnd"/>
      <w:r w:rsidRPr="00BE0CAB">
        <w:rPr>
          <w:rFonts w:ascii="Arial" w:hAnsi="Arial" w:cs="Arial"/>
          <w:b/>
        </w:rPr>
        <w:t xml:space="preserve"> </w:t>
      </w:r>
      <w:proofErr w:type="spellStart"/>
      <w:r w:rsidRPr="00BE0CAB">
        <w:rPr>
          <w:rFonts w:ascii="Arial" w:hAnsi="Arial" w:cs="Arial"/>
          <w:b/>
        </w:rPr>
        <w:t>Süreci</w:t>
      </w:r>
      <w:proofErr w:type="spellEnd"/>
    </w:p>
    <w:p w:rsidR="00CF14B8" w:rsidRPr="00BE0CAB" w:rsidRDefault="002402F7">
      <w:pPr>
        <w:pStyle w:val="ListeMaddemi"/>
        <w:rPr>
          <w:rFonts w:ascii="Arial" w:hAnsi="Arial" w:cs="Arial"/>
        </w:rPr>
      </w:pPr>
      <w:r w:rsidRPr="00BE0CAB">
        <w:rPr>
          <w:rFonts w:ascii="Arial" w:hAnsi="Arial" w:cs="Arial"/>
        </w:rPr>
        <w:t>• Form ve kimlik teyidi incelendikten sonra ödeme işlemi başlatılır.</w:t>
      </w:r>
    </w:p>
    <w:p w:rsidR="00CF14B8" w:rsidRPr="00BE0CAB" w:rsidRDefault="002402F7">
      <w:pPr>
        <w:pStyle w:val="ListeMaddemi"/>
        <w:rPr>
          <w:rFonts w:ascii="Arial" w:hAnsi="Arial" w:cs="Arial"/>
        </w:rPr>
      </w:pPr>
      <w:r w:rsidRPr="00BE0CAB">
        <w:rPr>
          <w:rFonts w:ascii="Arial" w:hAnsi="Arial" w:cs="Arial"/>
        </w:rPr>
        <w:t>• İşlem tamamlandığında size e-posta ile onay ve e-fatura gönde</w:t>
      </w:r>
      <w:r w:rsidRPr="00BE0CAB">
        <w:rPr>
          <w:rFonts w:ascii="Arial" w:hAnsi="Arial" w:cs="Arial"/>
        </w:rPr>
        <w:t>rilir.</w:t>
      </w:r>
    </w:p>
    <w:p w:rsidR="00CF14B8" w:rsidRPr="00BE0CAB" w:rsidRDefault="002402F7">
      <w:pPr>
        <w:pStyle w:val="ListeMaddemi"/>
        <w:rPr>
          <w:rFonts w:ascii="Arial" w:hAnsi="Arial" w:cs="Arial"/>
        </w:rPr>
      </w:pPr>
      <w:r w:rsidRPr="00BE0CAB">
        <w:rPr>
          <w:rFonts w:ascii="Arial" w:hAnsi="Arial" w:cs="Arial"/>
        </w:rPr>
        <w:t>• Her işlem tek seferliktir ve kart bilgileriniz sistemimizde saklanmaz.</w:t>
      </w:r>
    </w:p>
    <w:p w:rsidR="00CF14B8" w:rsidRPr="00BE0CAB" w:rsidRDefault="002402F7">
      <w:pPr>
        <w:rPr>
          <w:rFonts w:ascii="Arial" w:hAnsi="Arial" w:cs="Arial"/>
        </w:rPr>
      </w:pPr>
      <w:r w:rsidRPr="00BE0CAB">
        <w:rPr>
          <w:rFonts w:ascii="Arial" w:hAnsi="Arial" w:cs="Arial"/>
          <w:b/>
        </w:rPr>
        <w:t>5</w:t>
      </w:r>
      <w:r w:rsidRPr="00BE0CAB">
        <w:rPr>
          <w:rFonts w:ascii="Arial" w:hAnsi="Arial" w:cs="Arial"/>
          <w:b/>
        </w:rPr>
        <w:t>️</w:t>
      </w:r>
      <w:r w:rsidRPr="00BE0CAB">
        <w:rPr>
          <w:rFonts w:ascii="Arial" w:hAnsi="Arial" w:cs="Arial"/>
          <w:b/>
        </w:rPr>
        <w:t xml:space="preserve"> </w:t>
      </w:r>
      <w:proofErr w:type="spellStart"/>
      <w:r w:rsidRPr="00BE0CAB">
        <w:rPr>
          <w:rFonts w:ascii="Arial" w:hAnsi="Arial" w:cs="Arial"/>
          <w:b/>
        </w:rPr>
        <w:t>Güvenlik</w:t>
      </w:r>
      <w:proofErr w:type="spellEnd"/>
      <w:r w:rsidRPr="00BE0CAB">
        <w:rPr>
          <w:rFonts w:ascii="Arial" w:hAnsi="Arial" w:cs="Arial"/>
          <w:b/>
        </w:rPr>
        <w:t xml:space="preserve"> </w:t>
      </w:r>
      <w:proofErr w:type="spellStart"/>
      <w:r w:rsidRPr="00BE0CAB">
        <w:rPr>
          <w:rFonts w:ascii="Arial" w:hAnsi="Arial" w:cs="Arial"/>
          <w:b/>
        </w:rPr>
        <w:t>Bilgisi</w:t>
      </w:r>
      <w:proofErr w:type="spellEnd"/>
    </w:p>
    <w:p w:rsidR="00CF14B8" w:rsidRPr="00BE0CAB" w:rsidRDefault="002402F7">
      <w:pPr>
        <w:rPr>
          <w:rFonts w:ascii="Arial" w:hAnsi="Arial" w:cs="Arial"/>
        </w:rPr>
      </w:pPr>
      <w:r w:rsidRPr="00BE0CAB">
        <w:rPr>
          <w:rFonts w:ascii="Arial" w:hAnsi="Arial" w:cs="Arial"/>
        </w:rPr>
        <w:t xml:space="preserve">Amperiumbattery LLC, ödeme güvenliği ve KVKK (Kişisel Verilerin Korunması Kanunu) gerekliliklerine tam olarak uyar. Form üzerindeki kişisel veriler </w:t>
      </w:r>
      <w:r w:rsidRPr="00BE0CAB">
        <w:rPr>
          <w:rFonts w:ascii="Arial" w:hAnsi="Arial" w:cs="Arial"/>
        </w:rPr>
        <w:t>yalnızca işlem amacıyla sınırlı olarak işlenir.</w:t>
      </w:r>
    </w:p>
    <w:sectPr w:rsidR="00CF14B8" w:rsidRPr="00BE0CAB" w:rsidSect="00BE0CAB">
      <w:pgSz w:w="12240" w:h="15840"/>
      <w:pgMar w:top="1152" w:right="1440" w:bottom="36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7D5F"/>
    <w:rsid w:val="0015074B"/>
    <w:rsid w:val="002402F7"/>
    <w:rsid w:val="0029639D"/>
    <w:rsid w:val="00326F90"/>
    <w:rsid w:val="00AA1D8D"/>
    <w:rsid w:val="00B47730"/>
    <w:rsid w:val="00BE0CAB"/>
    <w:rsid w:val="00CB0664"/>
    <w:rsid w:val="00CF14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05730B5"/>
  <w14:defaultImageDpi w14:val="300"/>
  <w15:docId w15:val="{2D4F27A1-5F22-4A89-BCCC-434EC80DE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BE0C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amperiumbattery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sales@amperiumbattery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30D1F9-102F-4E2F-9A76-2E05295D3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4</cp:revision>
  <dcterms:created xsi:type="dcterms:W3CDTF">2013-12-23T23:15:00Z</dcterms:created>
  <dcterms:modified xsi:type="dcterms:W3CDTF">2025-10-24T01:07:00Z</dcterms:modified>
  <cp:category/>
</cp:coreProperties>
</file>